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803AA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1. Web texnologiyalar neni anlatadi?</w:t>
      </w:r>
    </w:p>
    <w:p w14:paraId="7C014761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2. HTML qisqartpası neni bildiredi?</w:t>
      </w:r>
    </w:p>
    <w:p w14:paraId="581C3E09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3. HTML hújjet qanday teg penen baslanadı?</w:t>
      </w:r>
    </w:p>
    <w:p w14:paraId="4E84CB64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4. HTML hújjetiniń bas tema bólimi qaysi tegte jazıladı?</w:t>
      </w:r>
    </w:p>
    <w:p w14:paraId="577B9949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5. HTML betiniń tiykarǵı mazmunı qay jerde jaylasadı?</w:t>
      </w:r>
    </w:p>
    <w:p w14:paraId="3BB47D2E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6. Tekstti qalın etiw ushin qaysi teg qollanıladı?</w:t>
      </w:r>
    </w:p>
    <w:p w14:paraId="16332AA0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7. Gipermúrájáát jaratıw ushin qaysi teg qollanıladı?</w:t>
      </w:r>
    </w:p>
    <w:p w14:paraId="43F6F898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8. Súwret jaylastırıw ushin qaysi teg isletiledi?</w:t>
      </w:r>
    </w:p>
    <w:p w14:paraId="74ABA918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9. Dizim jaratıw ushın qaysı teg isletiledi?</w:t>
      </w:r>
    </w:p>
    <w:p w14:paraId="788301AA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10. HTML keste jaratıw ushın qaysı teg isletiledi?</w:t>
      </w:r>
    </w:p>
    <w:p w14:paraId="54E3D204" w14:textId="17A49FF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11. Web texnologiyalar neni anlatadi?</w:t>
      </w:r>
    </w:p>
    <w:p w14:paraId="42FCB5A6" w14:textId="39F321C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12. HTML qisqartpası neni bildiredi?</w:t>
      </w:r>
    </w:p>
    <w:p w14:paraId="73D1851B" w14:textId="75990D5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13. HTML hújjet qanday teg penen baslanadı?</w:t>
      </w:r>
    </w:p>
    <w:p w14:paraId="47EC5AEA" w14:textId="475F60D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14. HTML hújjetiniń bas tema bólimi qaysi tegte jazıladı?</w:t>
      </w:r>
    </w:p>
    <w:p w14:paraId="51689175" w14:textId="21A4633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15. HTML betiniń tiykarǵı mazmunı qay jerde jaylasadı?</w:t>
      </w:r>
    </w:p>
    <w:p w14:paraId="33A1162A" w14:textId="02404A5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16. Tekstti qalın etiw ushin qaysi teg qollanıladı?</w:t>
      </w:r>
    </w:p>
    <w:p w14:paraId="45DC08DF" w14:textId="680BC7F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17. Gipermúrájat jaratıw ushın qaysı teg isletiledi?</w:t>
      </w:r>
    </w:p>
    <w:p w14:paraId="254D3505" w14:textId="27FABC3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18. Súwret jaylastırıw ushin qaysi teg isletiledi?</w:t>
      </w:r>
    </w:p>
    <w:p w14:paraId="1DF7CAC6" w14:textId="771A074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19. Dizim jaratıw ushın qaysı teg isletiledi?</w:t>
      </w:r>
    </w:p>
    <w:p w14:paraId="462ACC1F" w14:textId="1435525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20. HTML keste jaratıw ushın qaysı teg isletiledi?</w:t>
      </w:r>
    </w:p>
    <w:p w14:paraId="72E591F5" w14:textId="767A464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21. Web texnologiyalar neni anlatadi?</w:t>
      </w:r>
    </w:p>
    <w:p w14:paraId="6C1D55E4" w14:textId="16147E0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22. HTML qisqartpası neni bildiredi?</w:t>
      </w:r>
    </w:p>
    <w:p w14:paraId="3C750FA1" w14:textId="71253485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23. HTML hújjet qanday teg penen baslanadı?</w:t>
      </w:r>
    </w:p>
    <w:p w14:paraId="71E55A71" w14:textId="06DC859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24. HTML hújjetiniń bas tema bólimi qaysi tegte jazıladı?</w:t>
      </w:r>
    </w:p>
    <w:p w14:paraId="06CBA1C8" w14:textId="3F41354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25. HTML betiniń tiykarǵı mazmunı qay jerde jaylasadı?</w:t>
      </w:r>
    </w:p>
    <w:p w14:paraId="4D0A2B87" w14:textId="0389F99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26. Tekstti qalın etiw ushin qaysi teg qollanıladı?</w:t>
      </w:r>
    </w:p>
    <w:p w14:paraId="1A34CAE3" w14:textId="5CF8435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27. Gipermúrájat jaratıw ushın qaysı teg isletiledi?</w:t>
      </w:r>
    </w:p>
    <w:p w14:paraId="76582F11" w14:textId="6285F37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28. Súwret jaylastırıw ushin qaysi teg isletiledi?</w:t>
      </w:r>
    </w:p>
    <w:p w14:paraId="30129FC1" w14:textId="1C655AF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29. Dizim jaratıw ushın qaysı teg isletiledi?</w:t>
      </w:r>
    </w:p>
    <w:p w14:paraId="55877D43" w14:textId="3C20ACE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30. HTML keste jaratıw ushın qaysı teg qollanıladı?</w:t>
      </w:r>
    </w:p>
    <w:p w14:paraId="49DD5E7D" w14:textId="74E0148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31. Web texnologiyalar neni anlatadi?</w:t>
      </w:r>
    </w:p>
    <w:p w14:paraId="4C7EB182" w14:textId="3E33C78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32. HTML qisqartpası neni bildiredi?</w:t>
      </w:r>
    </w:p>
    <w:p w14:paraId="336CA8BC" w14:textId="694EB78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33. HTML hújjet qanday teg penen baslanadı?</w:t>
      </w:r>
    </w:p>
    <w:p w14:paraId="6A920C56" w14:textId="5EC9385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34. HTML hújjetiniń bas tema bólimi qaysi tegte jazıladı?</w:t>
      </w:r>
    </w:p>
    <w:p w14:paraId="7FF0297D" w14:textId="7F41004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35. HTML betiniń tiykarǵı mazmunı qay jerde jaylasadı?</w:t>
      </w:r>
    </w:p>
    <w:p w14:paraId="3B748FFB" w14:textId="7B276E5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36. Tekstti qalın etiw ushin qaysi teg qollanıladı?</w:t>
      </w:r>
    </w:p>
    <w:p w14:paraId="01C4557F" w14:textId="6505A06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37. Gipermúrájáát jaratıw ushin qaysi teg qollanıladı?</w:t>
      </w:r>
    </w:p>
    <w:p w14:paraId="64109D49" w14:textId="6B4E34E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38. Súwret jaylastırıw ushın qaysı teg isletiledi?</w:t>
      </w:r>
    </w:p>
    <w:p w14:paraId="6C6EE38B" w14:textId="705919D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39. Dizim jaratıw ushın qaysı teg isletiledi?</w:t>
      </w:r>
    </w:p>
    <w:p w14:paraId="751C3D29" w14:textId="5F7180D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40. HTML keste jaratıw ushın qaysı teg isletiledi?</w:t>
      </w:r>
    </w:p>
    <w:p w14:paraId="57633CDD" w14:textId="7FD0B76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41. Web texnologiyalar neni anlatadi?</w:t>
      </w:r>
    </w:p>
    <w:p w14:paraId="1522C494" w14:textId="1AB1A67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42. HTML qisqartpası neni bildiredi?</w:t>
      </w:r>
    </w:p>
    <w:p w14:paraId="71DC1085" w14:textId="3A955C6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43. HTML hújjet qanday teg penen baslanadı?</w:t>
      </w:r>
    </w:p>
    <w:p w14:paraId="2272A558" w14:textId="671683B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44. HTML hújjetiniń atama bólimi qaysi tegte jazıladı?</w:t>
      </w:r>
    </w:p>
    <w:p w14:paraId="233DF185" w14:textId="12C134A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45. HTML betiniń tiykarǵı mazmunı qay jerde jaylasadı?</w:t>
      </w:r>
    </w:p>
    <w:p w14:paraId="1A6738E9" w14:textId="146389B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46. Tekstti qalın etiw ushin qaysi teg qollanıladı?</w:t>
      </w:r>
    </w:p>
    <w:p w14:paraId="04FF01F6" w14:textId="13142D8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47. Gipermúrájat jaratıw ushın qaysı teg isletiledi?</w:t>
      </w:r>
    </w:p>
    <w:p w14:paraId="45FB0080" w14:textId="1D8B134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48. Súwret jaylastırıw ushin qaysi teg isletiledi?</w:t>
      </w:r>
    </w:p>
    <w:p w14:paraId="494F08F0" w14:textId="29EF245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49. Dizim jaratıw ushın qaysı teg isletiledi?</w:t>
      </w:r>
    </w:p>
    <w:p w14:paraId="7816C23D" w14:textId="0DA8BCD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50. HTML keste jaratıw ushın qaysı teg isletiledi?</w:t>
      </w:r>
    </w:p>
    <w:p w14:paraId="1C26A34F" w14:textId="73739F5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51. Web texnologiyalar neni anlatadi?</w:t>
      </w:r>
    </w:p>
    <w:p w14:paraId="1153DF00" w14:textId="78B7B5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52. HTML qisqartpası neni bildiredi?</w:t>
      </w:r>
    </w:p>
    <w:p w14:paraId="599EB98C" w14:textId="06460C5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53. HTML hújjet qanday teg penen baslanadı?</w:t>
      </w:r>
    </w:p>
    <w:p w14:paraId="394112B1" w14:textId="4E49CBD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54. HTML hújjetiniń bas bet bólimi qaysi tegte jazıladı?</w:t>
      </w:r>
    </w:p>
    <w:p w14:paraId="1076DA2F" w14:textId="74630B2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55. HTML betiniń tiykarǵı mazmunı qay jerde jaylasadı?</w:t>
      </w:r>
    </w:p>
    <w:p w14:paraId="3A9CF44C" w14:textId="023CE7E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56. Tekstti qalın etiw ushin qaysi teg qollanıladı?</w:t>
      </w:r>
    </w:p>
    <w:p w14:paraId="3254DC6E" w14:textId="3C13060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57. Gipermúrájat jaratıw ushın qaysı teg isletiledi?</w:t>
      </w:r>
    </w:p>
    <w:p w14:paraId="7C99331C" w14:textId="57F1A5E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58. Súwret jaylastırıw ushın qaysı teg isletiledi?</w:t>
      </w:r>
    </w:p>
    <w:p w14:paraId="1C4AC07F" w14:textId="1BB9952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59. Dizim jaratıw ushın qaysı teg isletiledi?</w:t>
      </w:r>
    </w:p>
    <w:p w14:paraId="7AC77D68" w14:textId="5FD744C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60. HTML keste jaratıw ushın qaysı teg qollanıladı?</w:t>
      </w:r>
    </w:p>
    <w:p w14:paraId="5223049A" w14:textId="2B06E01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61. Web texnologiyalar neni anlatadi?</w:t>
      </w:r>
    </w:p>
    <w:p w14:paraId="247471AC" w14:textId="615B7AE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62. HTML qisqartpası neni bildiredi?</w:t>
      </w:r>
    </w:p>
    <w:p w14:paraId="22399247" w14:textId="47E8BE8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63. HTML hújjet qanday teg penen baslanadı?</w:t>
      </w:r>
    </w:p>
    <w:p w14:paraId="15AD6984" w14:textId="530B150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64. HTML hújjetiniń bas tema bólimi qaysi tegte jazıladı?</w:t>
      </w:r>
    </w:p>
    <w:p w14:paraId="38B59783" w14:textId="0D0647C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65. HTML betiniń tiykarǵı mazmunı qay jerde jaylasadı?</w:t>
      </w:r>
    </w:p>
    <w:p w14:paraId="29825D06" w14:textId="0AA4EBF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66. Tekstti qalın etiw ushin qaysi teg qollanıladı?</w:t>
      </w:r>
    </w:p>
    <w:p w14:paraId="09378041" w14:textId="13CAEA3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67. Gipermúrájat jaratıw ushın qaysı teg qollanıladı?</w:t>
      </w:r>
    </w:p>
    <w:p w14:paraId="3140059F" w14:textId="13E7934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68. Súwret jaylastırıw ushin qaysi teg isletiledi?</w:t>
      </w:r>
    </w:p>
    <w:p w14:paraId="00246D99" w14:textId="523F318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69. Dizim jaratıw ushın qaysı teg isletiledi?</w:t>
      </w:r>
    </w:p>
    <w:p w14:paraId="108D28FA" w14:textId="69175FE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70. HTML keste jaratıw ushın qaysı teg qollanıladı?</w:t>
      </w:r>
    </w:p>
    <w:p w14:paraId="1269C09D" w14:textId="3FAA757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71. Web texnologiyalar neni ańlatadı?</w:t>
      </w:r>
    </w:p>
    <w:p w14:paraId="7E0EF4F2" w14:textId="4D4C4B1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72. HTML qisqartpası neni bildiredi?</w:t>
      </w:r>
    </w:p>
    <w:p w14:paraId="1ED7D6DE" w14:textId="7B1252E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73. HTML hújjet qanday teg penen baslanadı?</w:t>
      </w:r>
    </w:p>
    <w:p w14:paraId="595ABE5D" w14:textId="340B4F5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74. HTML hújjetiniń atama bólimi qaysi tegte jazıladı?</w:t>
      </w:r>
    </w:p>
    <w:p w14:paraId="0945ED13" w14:textId="7097B66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75. HTML betiniń tiykarǵı mazmunı qay jerde jaylasadı?</w:t>
      </w:r>
    </w:p>
    <w:p w14:paraId="5AA4ABF8" w14:textId="2D7651C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76. Tekstti qalın etiw ushin qaysi teg qollanıladı?</w:t>
      </w:r>
    </w:p>
    <w:p w14:paraId="7A664087" w14:textId="3E1AC26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77. Gipermúrájat jaratıw ushın qaysı teg qollanıladı?</w:t>
      </w:r>
    </w:p>
    <w:p w14:paraId="3FC6696A" w14:textId="25852C0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78. Súwret jaylastırıw ushın qaysı teg isletiledi?</w:t>
      </w:r>
    </w:p>
    <w:p w14:paraId="39C6D06A" w14:textId="0107DB7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79. Dizim jaratıw ushın qaysı teg isletiledi?</w:t>
      </w:r>
    </w:p>
    <w:p w14:paraId="1B36423C" w14:textId="0405954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80. HTML keste jaratıw ushın qaysı teg isletiledi?</w:t>
      </w:r>
    </w:p>
    <w:p w14:paraId="0B97B577" w14:textId="4A1E95B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81. Web texnologiyalar neni ańlatadı?</w:t>
      </w:r>
    </w:p>
    <w:p w14:paraId="56195C83" w14:textId="1566970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82. HTML qisqartpası neni bildiredi?</w:t>
      </w:r>
    </w:p>
    <w:p w14:paraId="25FEF5F8" w14:textId="7C0E00B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83. HTML hújjet qanday teg penen baslanadı?</w:t>
      </w:r>
    </w:p>
    <w:p w14:paraId="412EDF8B" w14:textId="1D3D99E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84. HTML hújjetiniń bas tema bólimi qaysi tegte jazıladı?</w:t>
      </w:r>
    </w:p>
    <w:p w14:paraId="3E42B708" w14:textId="29F889D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85. HTML betiniń tiykarǵı mazmunı qay jerde jaylasadı?</w:t>
      </w:r>
    </w:p>
    <w:p w14:paraId="20747816" w14:textId="5E57DEB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86. Tekstti qalın etiw ushin qaysi teg qollanıladı?</w:t>
      </w:r>
    </w:p>
    <w:p w14:paraId="2F2FB717" w14:textId="36B77BC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87. Gipermúrájat jaratıw ushın qaysı teg isletiledi?</w:t>
      </w:r>
    </w:p>
    <w:p w14:paraId="548FB1B0" w14:textId="66EA59B5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88. Súwret jaylastırıw ushın qaysı teg isletiledi?</w:t>
      </w:r>
    </w:p>
    <w:p w14:paraId="27A09FF4" w14:textId="63E36CE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89. Dizim jaratıw ushın qaysı teg isletiledi?</w:t>
      </w:r>
    </w:p>
    <w:p w14:paraId="58252683" w14:textId="0A093E5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90. HTML keste jaratıw ushın qaysı teg qollanıladı?</w:t>
      </w:r>
    </w:p>
    <w:p w14:paraId="24434562" w14:textId="0ACAB70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91. Web texnologiyalar neni ańlatadı?</w:t>
      </w:r>
    </w:p>
    <w:p w14:paraId="43C9999E" w14:textId="7C6772C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92. HTML qisqartpası neni bildiredi?</w:t>
      </w:r>
    </w:p>
    <w:p w14:paraId="28171426" w14:textId="343D024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93. HTML hújjet qanday teg penen baslanadı?</w:t>
      </w:r>
    </w:p>
    <w:p w14:paraId="186CAFCD" w14:textId="4B20FFF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94. HTML hújjetiniń atama bólimi qaysi tegte jazıladı?</w:t>
      </w:r>
    </w:p>
    <w:p w14:paraId="1CA11594" w14:textId="6525082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95. HTML betiniń tiykarǵı mazmunı qay jerde jaylasadı?</w:t>
      </w:r>
    </w:p>
    <w:p w14:paraId="6AC59AE4" w14:textId="1D54801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96. Tekstti qalın etiw ushin qaysi teg qollanıladı?</w:t>
      </w:r>
    </w:p>
    <w:p w14:paraId="39D40BA6" w14:textId="062F81A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97. Gipermúrájat jaratıw ushın qaysı teg qollanıladı?</w:t>
      </w:r>
    </w:p>
    <w:p w14:paraId="16CFABA9" w14:textId="341A08F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98. Súwret jaylastırıw ushın qaysı teg isletiledi?</w:t>
      </w:r>
    </w:p>
    <w:p w14:paraId="37F92965" w14:textId="3E1329B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99. Dizim jaratıw ushın qaysı teg isletiledi?</w:t>
      </w:r>
    </w:p>
    <w:p w14:paraId="6CB5C79A" w14:textId="47DEF52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 w:rsidRPr="0080658F">
        <w:rPr>
          <w:rFonts w:ascii="Times New Roman" w:hAnsi="Times New Roman" w:cs="Times New Roman"/>
          <w:sz w:val="24"/>
          <w:szCs w:val="24"/>
        </w:rPr>
        <w:t>100. HTML keste jaratıw ushın qaysı teg isletiledi?</w:t>
      </w:r>
    </w:p>
    <w:sectPr w:rsidR="00982F39" w:rsidRPr="0080658F" w:rsidSect="00034616">
      <w:headerReference w:type="first" r:id="rId8"/>
      <w:headerReference w:type="default" r:id="rId9"/>
      <w:headerReference w:type="even" r:id="rId10"/>
      <w:footerReference w:type="first" r:id="rId11"/>
      <w:footerReference w:type="default" r:id="rId12"/>
      <w:footerReference w:type="even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25877270">
    <w:abstractNumId w:val="8"/>
  </w:num>
  <w:num w:numId="2" w16cid:durableId="520045840">
    <w:abstractNumId w:val="6"/>
  </w:num>
  <w:num w:numId="3" w16cid:durableId="37557455">
    <w:abstractNumId w:val="5"/>
  </w:num>
  <w:num w:numId="4" w16cid:durableId="1147822510">
    <w:abstractNumId w:val="4"/>
  </w:num>
  <w:num w:numId="5" w16cid:durableId="309212636">
    <w:abstractNumId w:val="7"/>
  </w:num>
  <w:num w:numId="6" w16cid:durableId="963119272">
    <w:abstractNumId w:val="3"/>
  </w:num>
  <w:num w:numId="7" w16cid:durableId="2136369565">
    <w:abstractNumId w:val="2"/>
  </w:num>
  <w:num w:numId="8" w16cid:durableId="985819816">
    <w:abstractNumId w:val="1"/>
  </w:num>
  <w:num w:numId="9" w16cid:durableId="160618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A1AF2"/>
    <w:rsid w:val="00745369"/>
    <w:rsid w:val="0080658F"/>
    <w:rsid w:val="00982F3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E07D19"/>
  <w14:defaultImageDpi w14:val="300"/>
  <w15:docId w15:val="{16D05240-7AAB-4809-9BE9-34B9C7F81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Бахадыр Бегилов</cp:lastModifiedBy>
  <cp:revision>3</cp:revision>
  <dcterms:created xsi:type="dcterms:W3CDTF">2026-03-05T11:55:00Z</dcterms:created>
  <dcterms:modified xsi:type="dcterms:W3CDTF">2026-03-05T11:59:00Z</dcterms:modified>
  <cp:category/>
</cp:coreProperties>
</file>