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803AA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1. Web texnologiyalar nimani anglatadi?</w:t>
      </w:r>
    </w:p>
    <w:p w14:paraId="7C014761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2. HTML qisqartmasi nimani bildiradi?</w:t>
      </w:r>
    </w:p>
    <w:p w14:paraId="581C3E09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3. HTML hujjat qanday teg bilan boshlanadi?</w:t>
      </w:r>
    </w:p>
    <w:p w14:paraId="4E84CB64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4. HTML hujjatining sarlavha qismi qaysi tegda yoziladi?</w:t>
      </w:r>
    </w:p>
    <w:p w14:paraId="577B9949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5. HTML sahifaning asosiy kontenti qayerda joylashadi?</w:t>
      </w:r>
    </w:p>
    <w:p w14:paraId="3BB47D2E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6. Matnni qalin qilish uchun qaysi teg ishlatiladi?</w:t>
      </w:r>
    </w:p>
    <w:p w14:paraId="16332AA0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7. Gipermurojaat yaratish uchun qaysi teg ishlatiladi?</w:t>
      </w:r>
    </w:p>
    <w:p w14:paraId="43F6F898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8. Rasm joylashtirish uchun qaysi teg ishlatiladi?</w:t>
      </w:r>
    </w:p>
    <w:p w14:paraId="74ABA918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9. Ro’yxat yaratish uchun qaysi teg ishlatiladi?</w:t>
      </w:r>
    </w:p>
    <w:p w14:paraId="788301AA" w14:textId="777777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>10. HTML jadval yaratish uchun qaysi teg ishlatiladi?</w:t>
      </w:r>
    </w:p>
    <w:p w14:paraId="54E3D204" w14:textId="17A49FFF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11. Web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texnologiyalar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anglatadi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42FCB5A6" w14:textId="39F321C1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12. HTML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qisqartmasi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bildiradi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73D1851B" w14:textId="75990D5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13. HTML hujjat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qanday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bilan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boshlanadi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47EC5AEA" w14:textId="475F60D3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14. HTML hujjatining sarlavha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qismi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tegda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yoziladi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51689175" w14:textId="21A46339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15. HTML sahifaning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asosiy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kontenti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qayerda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joylashadi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3A1162A" w14:textId="02404A54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16. Matnni qalin qilish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45DC08DF" w14:textId="680BC7F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17. Gipermurojaat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254D3505" w14:textId="27FABC3C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18. Rasm joylashtirish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DF7CAC6" w14:textId="771A0746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19. Ro’yxat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462ACC1F" w14:textId="1435525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20. HTML jadval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72E591F5" w14:textId="767A464B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21. Web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texnologiyalar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anglatadi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6C1D55E4" w14:textId="16147E02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22. HTML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qisqartmasi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bildiradi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C750FA1" w14:textId="71253485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23. HTML hujjat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qanday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bilan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boshlanadi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71E55A71" w14:textId="06DC859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24. HTML hujjatining sarlavha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qismi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tegda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yoziladi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06CBA1C8" w14:textId="3F41354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25. HTML sahifaning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asosiy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kontenti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qayerda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joylashadi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4D0A2B87" w14:textId="0389F994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26. Matnni qalin qilish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A34CAE3" w14:textId="5CF8435E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27. Gipermurojaat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76582F11" w14:textId="6285F376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28. Rasm joylashtirish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0129FC1" w14:textId="1C655AFC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29. Ro’yxat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55877D43" w14:textId="3C20ACE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30. HTML jadval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49DD5E7D" w14:textId="74E0148C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31. Web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texnologiyalar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anglatadi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4C7EB182" w14:textId="3E33C78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32. HTML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qisqartmasi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bildiradi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36CA8BC" w14:textId="694EB784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33. HTML hujjat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qanday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bilan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boshlanadi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6A920C56" w14:textId="5EC93851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34. HTML hujjatining sarlavha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qismi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tegda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yoziladi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7FF0297D" w14:textId="7F41004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35. HTML sahifaning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asosiy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kontenti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qayerda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joylashadi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B748FFB" w14:textId="7B276E5D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36. Matnni qalin qilish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01C4557F" w14:textId="6505A06C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37. Gipermurojaat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64109D49" w14:textId="6B4E34E6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38. Rasm joylashtirish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6C6EE38B" w14:textId="705919D9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39. Ro’yxat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751C3D29" w14:textId="5F7180DF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40. HTML jadval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57633CDD" w14:textId="7FD0B76C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41. Web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texnologiyalar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anglatadi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522C494" w14:textId="1AB1A67D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42. HTML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qisqartmasi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bildiradi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71DC1085" w14:textId="3A955C6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43. HTML hujjat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qanday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bilan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boshlanadi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2272A558" w14:textId="671683B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44. HTML hujjatining sarlavha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qismi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tegda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yoziladi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233DF185" w14:textId="12C134A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45. HTML sahifaning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asosiy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kontenti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qayerda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joylashadi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A6738E9" w14:textId="146389B4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46. Matnni qalin qilish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04FF01F6" w14:textId="13142D8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lastRenderedPageBreak/>
        <w:t xml:space="preserve">47. Gipermurojaat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45FB0080" w14:textId="1D8B1346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48. Rasm joylashtirish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494F08F0" w14:textId="29EF245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49. Ro’yxat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7816C23D" w14:textId="0DA8BCD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50. HTML jadval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C26A34F" w14:textId="73739F56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51. Web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texnologiyalar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anglatadi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153DF00" w14:textId="78B7B57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52. HTML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qisqartmasi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bildiradi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599EB98C" w14:textId="06460C5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53. HTML hujjat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qanday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bilan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boshlanadi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94112B1" w14:textId="4E49CBD2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54. HTML hujjatining sarlavha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qismi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tegda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yoziladi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076DA2F" w14:textId="74630B2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55. HTML sahifaning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asosiy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kontenti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qayerda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joylashadi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A9CF44C" w14:textId="023CE7EE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56. Matnni qalin qilish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254DC6E" w14:textId="3C13060D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57. Gipermurojaat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7C99331C" w14:textId="57F1A5E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58. Rasm joylashtirish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C4AC07F" w14:textId="1BB9952E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59. Ro’yxat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7AC77D68" w14:textId="5FD744C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60. HTML jadval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5223049A" w14:textId="2B06E01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61. Web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texnologiyalar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anglatadi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247471AC" w14:textId="615B7AE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62. HTML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qisqartmasi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bildiradi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22399247" w14:textId="47E8BE8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63. HTML hujjat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qanday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bilan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boshlanadi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5AD6984" w14:textId="530B1501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64. HTML hujjatining sarlavha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qismi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tegda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yoziladi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8B59783" w14:textId="0D0647C7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65. HTML sahifaning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asosiy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kontenti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qayerda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joylashadi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29825D06" w14:textId="0AA4EBF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66. Matnni qalin qilish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09378041" w14:textId="13CAEA31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67. Gipermurojaat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140059F" w14:textId="13E79342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68. Rasm joylashtirish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00246D99" w14:textId="523F318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69. Ro’yxat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08D28FA" w14:textId="69175FE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70. HTML jadval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269C09D" w14:textId="3FAA757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71. Web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texnologiyalar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anglatadi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7E0EF4F2" w14:textId="4D4C4B1C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72. HTML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qisqartmasi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bildiradi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ED7D6DE" w14:textId="7B1252E3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73. HTML hujjat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qanday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bilan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boshlanadi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595ABE5D" w14:textId="340B4F5B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74. HTML hujjatining sarlavha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qismi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tegda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yoziladi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0945ED13" w14:textId="7097B666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75. HTML sahifaning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asosiy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kontenti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qayerda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joylashadi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5AA4ABF8" w14:textId="2D7651CB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76. Matnni qalin qilish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7A664087" w14:textId="3E1AC26F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77. Gipermurojaat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FC6696A" w14:textId="25852C00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78. Rasm joylashtirish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9C6D06A" w14:textId="0107DB7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79. Ro’yxat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B36423C" w14:textId="0405954A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80. HTML jadval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0B97B577" w14:textId="4A1E95BF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81. Web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texnologiyalar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anglatadi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56195C83" w14:textId="15669704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82. HTML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qisqartmasi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bildiradi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25FEF5F8" w14:textId="7C0E00BB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83. HTML hujjat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qanday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bilan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boshlanadi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412EDF8B" w14:textId="1D3D99E3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84. HTML hujjatining sarlavha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qismi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tegda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yoziladi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E42B708" w14:textId="29F889D9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85. HTML sahifaning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asosiy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kontenti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qayerda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joylashadi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20747816" w14:textId="5E57DEB2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86. Matnni qalin qilish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2F2FB717" w14:textId="36B77BC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87. Gipermurojaat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548FB1B0" w14:textId="66EA59B5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88. Rasm joylashtirish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27A09FF4" w14:textId="63E36CEE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89. Ro’yxat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58252683" w14:textId="0A093E53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90. HTML jadval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24434562" w14:textId="0ACAB70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91. Web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texnologiyalar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anglatadi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43C9999E" w14:textId="7C6772CB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92. HTML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qisqartmasi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nimani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bildiradi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28171426" w14:textId="343D0243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lastRenderedPageBreak/>
        <w:t xml:space="preserve">93. HTML hujjat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qanday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bilan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boshlanadi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86CAFCD" w14:textId="4B20FFF9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94. HTML hujjatining sarlavha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qismi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tegda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yoziladi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CA11594" w14:textId="65250829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95. HTML sahifaning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asosiy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kontenti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qayerda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joylashadi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6AC59AE4" w14:textId="1D54801D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96. Matnni qalin qilish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9D40BA6" w14:textId="062F81A1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97. Gipermurojaat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16CFABA9" w14:textId="341A08F2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98. Rasm joylashtirish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37F92965" w14:textId="3E1329B8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99. Ro’yxat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p w14:paraId="6CB5C79A" w14:textId="47DEF522" w:rsidR="00982F39" w:rsidRPr="0080658F" w:rsidRDefault="00000000" w:rsidP="00806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58F">
        <w:rPr>
          <w:rFonts w:ascii="Times New Roman" w:hAnsi="Times New Roman" w:cs="Times New Roman"/>
          <w:sz w:val="24"/>
          <w:szCs w:val="24"/>
        </w:rPr>
        <w:t xml:space="preserve">100. HTML jadval yaratish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uchun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qaysi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 xml:space="preserve"> teg </w:t>
      </w:r>
      <w:proofErr w:type="spellStart"/>
      <w:r w:rsidRPr="0080658F">
        <w:rPr>
          <w:rFonts w:ascii="Times New Roman" w:hAnsi="Times New Roman" w:cs="Times New Roman"/>
          <w:sz w:val="24"/>
          <w:szCs w:val="24"/>
        </w:rPr>
        <w:t>ishlatiladi</w:t>
      </w:r>
      <w:proofErr w:type="spellEnd"/>
      <w:r w:rsidRPr="0080658F">
        <w:rPr>
          <w:rFonts w:ascii="Times New Roman" w:hAnsi="Times New Roman" w:cs="Times New Roman"/>
          <w:sz w:val="24"/>
          <w:szCs w:val="24"/>
        </w:rPr>
        <w:t>?</w:t>
      </w:r>
    </w:p>
    <w:sectPr w:rsidR="00982F39" w:rsidRPr="0080658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25877270">
    <w:abstractNumId w:val="8"/>
  </w:num>
  <w:num w:numId="2" w16cid:durableId="520045840">
    <w:abstractNumId w:val="6"/>
  </w:num>
  <w:num w:numId="3" w16cid:durableId="37557455">
    <w:abstractNumId w:val="5"/>
  </w:num>
  <w:num w:numId="4" w16cid:durableId="1147822510">
    <w:abstractNumId w:val="4"/>
  </w:num>
  <w:num w:numId="5" w16cid:durableId="309212636">
    <w:abstractNumId w:val="7"/>
  </w:num>
  <w:num w:numId="6" w16cid:durableId="963119272">
    <w:abstractNumId w:val="3"/>
  </w:num>
  <w:num w:numId="7" w16cid:durableId="2136369565">
    <w:abstractNumId w:val="2"/>
  </w:num>
  <w:num w:numId="8" w16cid:durableId="985819816">
    <w:abstractNumId w:val="1"/>
  </w:num>
  <w:num w:numId="9" w16cid:durableId="1606184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A1AF2"/>
    <w:rsid w:val="00745369"/>
    <w:rsid w:val="0080658F"/>
    <w:rsid w:val="00982F3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E07D19"/>
  <w14:defaultImageDpi w14:val="300"/>
  <w15:docId w15:val="{16D05240-7AAB-4809-9BE9-34B9C7F81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Бахадыр Бегилов</cp:lastModifiedBy>
  <cp:revision>3</cp:revision>
  <dcterms:created xsi:type="dcterms:W3CDTF">2026-03-05T11:55:00Z</dcterms:created>
  <dcterms:modified xsi:type="dcterms:W3CDTF">2026-03-05T11:59:00Z</dcterms:modified>
  <cp:category/>
</cp:coreProperties>
</file>