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E53E7" w14:textId="77777777" w:rsidR="00771CF0" w:rsidRDefault="00000000">
      <w:r>
        <w:rPr>
          <w:b/>
        </w:rPr>
        <w:t>1. Psixologiyada bixeviorizm baǵdarın kim jaratqan?</w:t>
      </w:r>
    </w:p>
    <w:p w14:paraId="57757D7D" w14:textId="77777777" w:rsidR="00771CF0" w:rsidRDefault="00771CF0"/>
    <w:p w14:paraId="515C0391" w14:textId="77777777" w:rsidR="00771CF0" w:rsidRDefault="00000000">
      <w:r>
        <w:rPr>
          <w:b/>
        </w:rPr>
        <w:t>2. Zigmund Freydtiń tiykarģı teoriyası ne edi?</w:t>
      </w:r>
    </w:p>
    <w:p w14:paraId="5201C5BD" w14:textId="77777777" w:rsidR="00771CF0" w:rsidRDefault="00771CF0"/>
    <w:p w14:paraId="290BCB5D" w14:textId="77777777" w:rsidR="00771CF0" w:rsidRDefault="00000000">
      <w:r>
        <w:rPr>
          <w:b/>
        </w:rPr>
        <w:t>3. Yeslew hám sana-sezimdi úyreniw menen shuǵıllanıwshı birinshi psixologlardan biri kim yedi?</w:t>
      </w:r>
    </w:p>
    <w:p w14:paraId="4485713F" w14:textId="77777777" w:rsidR="00771CF0" w:rsidRDefault="00771CF0"/>
    <w:p w14:paraId="4E565C25" w14:textId="77777777" w:rsidR="00771CF0" w:rsidRDefault="00000000">
      <w:r>
        <w:rPr>
          <w:b/>
        </w:rPr>
        <w:t>4. Freydtin psixikanın tiykarǵi dúzilisi haqqında qanday pikirleri bar edi?</w:t>
      </w:r>
    </w:p>
    <w:p w14:paraId="6219E49C" w14:textId="77777777" w:rsidR="00771CF0" w:rsidRDefault="00771CF0"/>
    <w:p w14:paraId="16642777" w14:textId="77777777" w:rsidR="00771CF0" w:rsidRDefault="00000000">
      <w:r>
        <w:rPr>
          <w:b/>
        </w:rPr>
        <w:t>5. Kimniń psixologiya boyınsha "basqarılatuǵın laboratoriya" tájiriybesi belgili?</w:t>
      </w:r>
    </w:p>
    <w:p w14:paraId="1B4ABE33" w14:textId="77777777" w:rsidR="00771CF0" w:rsidRDefault="00771CF0"/>
    <w:p w14:paraId="1D6F6653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6. "Pavlovtıń iytleri" tájiriybesi ne menen belgili?</w:t>
      </w:r>
    </w:p>
    <w:p w14:paraId="55B52FAE" w14:textId="77777777" w:rsidR="00771CF0" w:rsidRPr="002C6153" w:rsidRDefault="00771CF0">
      <w:pPr>
        <w:rPr>
          <w:lang w:val="it-IT"/>
        </w:rPr>
      </w:pPr>
    </w:p>
    <w:p w14:paraId="22F30286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7. Kim psixologiyanıń rawajlanıw psixologiyası boyınsha kóplegen shıǵarmalar jaratqan?</w:t>
      </w:r>
    </w:p>
    <w:p w14:paraId="5FB4A020" w14:textId="77777777" w:rsidR="00771CF0" w:rsidRPr="002C6153" w:rsidRDefault="00771CF0">
      <w:pPr>
        <w:rPr>
          <w:lang w:val="it-IT"/>
        </w:rPr>
      </w:pPr>
    </w:p>
    <w:p w14:paraId="2F6FD679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8. Masloudıń psixologiya boyınsha belgili teoriyası ne edi?</w:t>
      </w:r>
    </w:p>
    <w:p w14:paraId="7083BA8B" w14:textId="77777777" w:rsidR="00771CF0" w:rsidRPr="002C6153" w:rsidRDefault="00771CF0">
      <w:pPr>
        <w:rPr>
          <w:lang w:val="it-IT"/>
        </w:rPr>
      </w:pPr>
    </w:p>
    <w:p w14:paraId="0898577E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9. E. Eriksonnıń rawajlanıw basqıshlarında qanday áhmiyetli ideya bolǵan?</w:t>
      </w:r>
    </w:p>
    <w:p w14:paraId="57612CF4" w14:textId="77777777" w:rsidR="00771CF0" w:rsidRPr="002C6153" w:rsidRDefault="00771CF0">
      <w:pPr>
        <w:rPr>
          <w:lang w:val="it-IT"/>
        </w:rPr>
      </w:pPr>
    </w:p>
    <w:p w14:paraId="46065E9D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10. German Ebbingaus kim?</w:t>
      </w:r>
    </w:p>
    <w:p w14:paraId="7D687BEE" w14:textId="77777777" w:rsidR="00771CF0" w:rsidRPr="002C6153" w:rsidRDefault="00771CF0">
      <w:pPr>
        <w:rPr>
          <w:lang w:val="it-IT"/>
        </w:rPr>
      </w:pPr>
    </w:p>
    <w:p w14:paraId="2C6763EE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11. Kognitiv psixologiya qanday tiykarǵı máselelerdi úyrenedi?</w:t>
      </w:r>
    </w:p>
    <w:p w14:paraId="15716EB7" w14:textId="77777777" w:rsidR="00771CF0" w:rsidRPr="002C6153" w:rsidRDefault="00771CF0">
      <w:pPr>
        <w:rPr>
          <w:lang w:val="it-IT"/>
        </w:rPr>
      </w:pPr>
    </w:p>
    <w:p w14:paraId="3BB1205F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12. Psixoterapiya baǵdarlarınan qaysısı K.Rojers penen baylanıslı?</w:t>
      </w:r>
    </w:p>
    <w:p w14:paraId="1533B7B4" w14:textId="77777777" w:rsidR="00771CF0" w:rsidRPr="002C6153" w:rsidRDefault="00771CF0">
      <w:pPr>
        <w:rPr>
          <w:lang w:val="it-IT"/>
        </w:rPr>
      </w:pPr>
    </w:p>
    <w:p w14:paraId="7C1B2A09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13. Psixologiyada bixeviorizm baǵdarın kim jaratqan?</w:t>
      </w:r>
    </w:p>
    <w:p w14:paraId="39289D92" w14:textId="77777777" w:rsidR="00771CF0" w:rsidRPr="002C6153" w:rsidRDefault="00771CF0">
      <w:pPr>
        <w:rPr>
          <w:lang w:val="it-IT"/>
        </w:rPr>
      </w:pPr>
    </w:p>
    <w:p w14:paraId="6631BF15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14. Maslounıń psixologiya boyınsha ataqlı teoriyası ne yedi?</w:t>
      </w:r>
    </w:p>
    <w:p w14:paraId="1D7C68B0" w14:textId="77777777" w:rsidR="00771CF0" w:rsidRPr="002C6153" w:rsidRDefault="00771CF0">
      <w:pPr>
        <w:rPr>
          <w:lang w:val="it-IT"/>
        </w:rPr>
      </w:pPr>
    </w:p>
    <w:p w14:paraId="48C8FC88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15. Erik Eriksonniń rawajlanıw basqıshlarında qanday zárúr ideya bar edi?</w:t>
      </w:r>
    </w:p>
    <w:p w14:paraId="618CCA04" w14:textId="77777777" w:rsidR="00771CF0" w:rsidRPr="002C6153" w:rsidRDefault="00771CF0">
      <w:pPr>
        <w:rPr>
          <w:lang w:val="it-IT"/>
        </w:rPr>
      </w:pPr>
    </w:p>
    <w:p w14:paraId="712EE8C5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16. Psixologiyanıń ǵárezsiz pán sıpatında ajıralıp shıǵıwı qaysı dáwirge tuwrı keledi?</w:t>
      </w:r>
    </w:p>
    <w:p w14:paraId="2FA4CE4B" w14:textId="77777777" w:rsidR="00771CF0" w:rsidRPr="002C6153" w:rsidRDefault="00771CF0">
      <w:pPr>
        <w:rPr>
          <w:lang w:val="it-IT"/>
        </w:rPr>
      </w:pPr>
    </w:p>
    <w:p w14:paraId="608AEF7B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17. K.Yung teoriyasında qanday tiykargı túsinikler bar?</w:t>
      </w:r>
    </w:p>
    <w:p w14:paraId="4D123286" w14:textId="77777777" w:rsidR="00771CF0" w:rsidRPr="002C6153" w:rsidRDefault="00771CF0">
      <w:pPr>
        <w:rPr>
          <w:lang w:val="it-IT"/>
        </w:rPr>
      </w:pPr>
    </w:p>
    <w:p w14:paraId="4E292DA6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18. Animizm sóziniń mánisi.</w:t>
      </w:r>
    </w:p>
    <w:p w14:paraId="1CC91385" w14:textId="77777777" w:rsidR="00771CF0" w:rsidRPr="002C6153" w:rsidRDefault="00771CF0">
      <w:pPr>
        <w:rPr>
          <w:lang w:val="it-IT"/>
        </w:rPr>
      </w:pPr>
    </w:p>
    <w:p w14:paraId="68FEA37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19. Dualizm sóziniń mánisi.</w:t>
      </w:r>
    </w:p>
    <w:p w14:paraId="0BD1F762" w14:textId="77777777" w:rsidR="00771CF0" w:rsidRPr="002C6153" w:rsidRDefault="00771CF0">
      <w:pPr>
        <w:rPr>
          <w:lang w:val="it-IT"/>
        </w:rPr>
      </w:pPr>
    </w:p>
    <w:p w14:paraId="110C145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20. Platon pikirinshe insan pikiriniń neshe tiykarı bar?</w:t>
      </w:r>
    </w:p>
    <w:p w14:paraId="177507C1" w14:textId="77777777" w:rsidR="00771CF0" w:rsidRPr="002C6153" w:rsidRDefault="00771CF0">
      <w:pPr>
        <w:rPr>
          <w:lang w:val="it-IT"/>
        </w:rPr>
      </w:pPr>
    </w:p>
    <w:p w14:paraId="7FB728CA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21.... Ásirdiń aqırlarınan baslap psixologiyanıń tarawlarınan haywanlar psixologiyası, tariyxıy psixologiya hám túrli jastaǵılar psixologiyası maydanǵa shıqtı.</w:t>
      </w:r>
    </w:p>
    <w:p w14:paraId="30A4B7A2" w14:textId="77777777" w:rsidR="00771CF0" w:rsidRPr="002C6153" w:rsidRDefault="00771CF0">
      <w:pPr>
        <w:rPr>
          <w:lang w:val="it-IT"/>
        </w:rPr>
      </w:pPr>
    </w:p>
    <w:p w14:paraId="3A258B35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22....jılı nemis alımı V.Vund Leyptsig universitetinde dúnyada birinshi eksperimental psixologiyalıq laboratoriyaǵa tiykar saldı.</w:t>
      </w:r>
    </w:p>
    <w:p w14:paraId="4D5A436C" w14:textId="77777777" w:rsidR="00771CF0" w:rsidRPr="002C6153" w:rsidRDefault="00771CF0">
      <w:pPr>
        <w:rPr>
          <w:lang w:val="it-IT"/>
        </w:rPr>
      </w:pPr>
    </w:p>
    <w:p w14:paraId="1AD977E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23. "Eger bixeviorizm pánde qanday da bir kózge kórinerli orın alıwdı qálese, ol San túsinigin ulıwma biykar etiwi kerek" degen pikir kimge tiyisli?</w:t>
      </w:r>
    </w:p>
    <w:p w14:paraId="23D9A173" w14:textId="77777777" w:rsidR="00771CF0" w:rsidRPr="002C6153" w:rsidRDefault="00771CF0">
      <w:pPr>
        <w:rPr>
          <w:lang w:val="it-IT"/>
        </w:rPr>
      </w:pPr>
    </w:p>
    <w:p w14:paraId="6F138C05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24. Geshtalt psixologiya baǵdarınıń tiykarın salıwshılar.</w:t>
      </w:r>
    </w:p>
    <w:p w14:paraId="5BEF9473" w14:textId="77777777" w:rsidR="00771CF0" w:rsidRPr="002C6153" w:rsidRDefault="00771CF0">
      <w:pPr>
        <w:rPr>
          <w:lang w:val="it-IT"/>
        </w:rPr>
      </w:pPr>
    </w:p>
    <w:p w14:paraId="111EEAB4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25............psixologiyanıń ruwx haqqındaǵı pán dep emes, ruwxıy hádiyseler yamasa san hádiyseler, dep táriypleydi.</w:t>
      </w:r>
    </w:p>
    <w:p w14:paraId="6A1EB695" w14:textId="77777777" w:rsidR="00771CF0" w:rsidRPr="002C6153" w:rsidRDefault="00771CF0">
      <w:pPr>
        <w:rPr>
          <w:lang w:val="it-IT"/>
        </w:rPr>
      </w:pPr>
    </w:p>
    <w:p w14:paraId="374F5F00" w14:textId="77777777" w:rsidR="00771CF0" w:rsidRDefault="00000000">
      <w:r>
        <w:rPr>
          <w:b/>
        </w:rPr>
        <w:t>26. Egonıń wazıypası qanday.</w:t>
      </w:r>
    </w:p>
    <w:p w14:paraId="7AFC59EA" w14:textId="77777777" w:rsidR="00771CF0" w:rsidRDefault="00771CF0"/>
    <w:p w14:paraId="3E125AD2" w14:textId="77777777" w:rsidR="00771CF0" w:rsidRDefault="00000000">
      <w:r>
        <w:rPr>
          <w:b/>
        </w:rPr>
        <w:t>27. Individual psixologiya tiykarshisı.</w:t>
      </w:r>
    </w:p>
    <w:p w14:paraId="61330B05" w14:textId="77777777" w:rsidR="00771CF0" w:rsidRDefault="00771CF0"/>
    <w:p w14:paraId="7E3AABC2" w14:textId="77777777" w:rsidR="00771CF0" w:rsidRDefault="00000000">
      <w:r>
        <w:rPr>
          <w:b/>
        </w:rPr>
        <w:t>28. Gumanistlik psixologiya tiykarshisı.</w:t>
      </w:r>
    </w:p>
    <w:p w14:paraId="2BDC35BA" w14:textId="77777777" w:rsidR="00771CF0" w:rsidRDefault="00771CF0"/>
    <w:p w14:paraId="3A05EAFA" w14:textId="77777777" w:rsidR="00771CF0" w:rsidRDefault="00000000">
      <w:r>
        <w:rPr>
          <w:b/>
        </w:rPr>
        <w:t>29........Túrli áwlad tuwısqanlar arasındaǵı uqsaslıqtı úyreniw.</w:t>
      </w:r>
    </w:p>
    <w:p w14:paraId="10143A76" w14:textId="77777777" w:rsidR="00771CF0" w:rsidRDefault="00771CF0"/>
    <w:p w14:paraId="731378D6" w14:textId="77777777" w:rsidR="00771CF0" w:rsidRDefault="00000000">
      <w:r>
        <w:rPr>
          <w:b/>
        </w:rPr>
        <w:t>30....ilimiy psixologiyanıń tiykarǵı wazıypası bas miydiń funkciyaları bolǵan psixikalıq proceslerdiń kelip shıǵıwın úyreniwden ibarat dep yesaplaydı.</w:t>
      </w:r>
    </w:p>
    <w:p w14:paraId="4D0F9DE1" w14:textId="77777777" w:rsidR="00771CF0" w:rsidRDefault="00771CF0"/>
    <w:p w14:paraId="6B28AF8E" w14:textId="77777777" w:rsidR="00771CF0" w:rsidRDefault="00000000">
      <w:r>
        <w:rPr>
          <w:b/>
        </w:rPr>
        <w:t>31..........barlıqtıń dúnyanıń negizi materiya, sana materiyanıń ónimi, sol sebepten miydiń qásieti esaplanadı.</w:t>
      </w:r>
    </w:p>
    <w:p w14:paraId="12E3CD3B" w14:textId="77777777" w:rsidR="00771CF0" w:rsidRDefault="00771CF0"/>
    <w:p w14:paraId="4845009D" w14:textId="77777777" w:rsidR="00771CF0" w:rsidRDefault="00000000">
      <w:r>
        <w:rPr>
          <w:b/>
        </w:rPr>
        <w:t>32. Rus fiziologiyası hám ilimiy psixologiyasınıń "atası."</w:t>
      </w:r>
    </w:p>
    <w:p w14:paraId="1A355902" w14:textId="77777777" w:rsidR="00771CF0" w:rsidRDefault="00771CF0"/>
    <w:p w14:paraId="0BA470A1" w14:textId="77777777" w:rsidR="00771CF0" w:rsidRDefault="00000000">
      <w:r>
        <w:rPr>
          <w:b/>
        </w:rPr>
        <w:t>33. Idealizm hám materializm ortasındaǵı gúres neshinshi ásirge shekem dawam etedi hám kúsheyedi.</w:t>
      </w:r>
    </w:p>
    <w:p w14:paraId="3E818E3B" w14:textId="77777777" w:rsidR="00771CF0" w:rsidRDefault="00771CF0"/>
    <w:p w14:paraId="0B3A3AB0" w14:textId="77777777" w:rsidR="00771CF0" w:rsidRDefault="00000000">
      <w:r>
        <w:rPr>
          <w:b/>
        </w:rPr>
        <w:t>34. Psixologiyadaǵı mexanistlik aǵımǵa qarsı gúreste psixologiyanıń predmeti -... haqqındaǵı másele úlken orın ieleydi.</w:t>
      </w:r>
    </w:p>
    <w:p w14:paraId="53EA2FD4" w14:textId="77777777" w:rsidR="00771CF0" w:rsidRDefault="00771CF0"/>
    <w:p w14:paraId="5A39B334" w14:textId="77777777" w:rsidR="00771CF0" w:rsidRDefault="00000000">
      <w:r>
        <w:rPr>
          <w:b/>
        </w:rPr>
        <w:t>35......psixologiyanıń ruwx haqqındaǵı pán dep emes, ruwxıy hádiyseler yamasa san hádiyseler, dep táriypleydi.</w:t>
      </w:r>
    </w:p>
    <w:p w14:paraId="729CADE6" w14:textId="77777777" w:rsidR="00771CF0" w:rsidRDefault="00771CF0"/>
    <w:p w14:paraId="7FC852DA" w14:textId="77777777" w:rsidR="00771CF0" w:rsidRDefault="00000000">
      <w:r>
        <w:rPr>
          <w:b/>
        </w:rPr>
        <w:t>36. Psixoanaliz tiykarshısı.</w:t>
      </w:r>
    </w:p>
    <w:p w14:paraId="431F709A" w14:textId="77777777" w:rsidR="00771CF0" w:rsidRDefault="00771CF0"/>
    <w:p w14:paraId="282FA415" w14:textId="77777777" w:rsidR="00771CF0" w:rsidRDefault="00000000">
      <w:r>
        <w:rPr>
          <w:b/>
        </w:rPr>
        <w:lastRenderedPageBreak/>
        <w:t>37. Egonıń wazıypası qanday.</w:t>
      </w:r>
    </w:p>
    <w:p w14:paraId="46B66ED4" w14:textId="77777777" w:rsidR="00771CF0" w:rsidRDefault="00771CF0"/>
    <w:p w14:paraId="5FC69381" w14:textId="77777777" w:rsidR="00771CF0" w:rsidRDefault="00000000">
      <w:r>
        <w:rPr>
          <w:b/>
        </w:rPr>
        <w:t>38. Psixologiya tariyxında psixika haqqındaǵı dáslepki ilimiy pikirlerdiń payda bolıwınan kelip shıqqan aǵimlar durıs kórsetilgen qatardı tabıń.</w:t>
      </w:r>
    </w:p>
    <w:p w14:paraId="6015A98F" w14:textId="77777777" w:rsidR="00771CF0" w:rsidRDefault="00771CF0"/>
    <w:p w14:paraId="3A16A9CB" w14:textId="77777777" w:rsidR="00771CF0" w:rsidRDefault="00000000">
      <w:r>
        <w:rPr>
          <w:b/>
        </w:rPr>
        <w:t>39. Platon hám Aristoteldiń qaysı táliymatı Orta ásirlerde Shigis hám Batista húkimdar bolgan?</w:t>
      </w:r>
    </w:p>
    <w:p w14:paraId="127C983B" w14:textId="77777777" w:rsidR="00771CF0" w:rsidRDefault="00771CF0"/>
    <w:p w14:paraId="50E8CDD9" w14:textId="77777777" w:rsidR="00771CF0" w:rsidRDefault="00000000">
      <w:r>
        <w:rPr>
          <w:b/>
        </w:rPr>
        <w:t>40. Epikurdin pikirinshe ruwx neshe ózgermes elementlerden ibarat.</w:t>
      </w:r>
    </w:p>
    <w:p w14:paraId="0E2DE370" w14:textId="77777777" w:rsidR="00771CF0" w:rsidRDefault="00771CF0"/>
    <w:p w14:paraId="117AFEDB" w14:textId="77777777" w:rsidR="00771CF0" w:rsidRDefault="00000000">
      <w:r>
        <w:rPr>
          <w:b/>
        </w:rPr>
        <w:t>41. Grek filosoflarınan birinshi bolip, ruwx hám ruwxiy xizmet haqqında sistemalı táliymat jaratqan qaysi alım?</w:t>
      </w:r>
    </w:p>
    <w:p w14:paraId="368FCFC1" w14:textId="77777777" w:rsidR="00771CF0" w:rsidRDefault="00771CF0"/>
    <w:p w14:paraId="462201CB" w14:textId="77777777" w:rsidR="00771CF0" w:rsidRDefault="00000000">
      <w:r>
        <w:rPr>
          <w:b/>
        </w:rPr>
        <w:t>42. Freyd táliymatı boyınsha shaxs ómiriniń tiykarı nege qaratılǵan?</w:t>
      </w:r>
    </w:p>
    <w:p w14:paraId="21ABAB0E" w14:textId="77777777" w:rsidR="00771CF0" w:rsidRDefault="00771CF0"/>
    <w:p w14:paraId="51CDF78D" w14:textId="77777777" w:rsidR="00771CF0" w:rsidRDefault="00000000">
      <w:r>
        <w:rPr>
          <w:b/>
        </w:rPr>
        <w:t>43. Psixofizika pánine kimler tiykar salǵan?</w:t>
      </w:r>
    </w:p>
    <w:p w14:paraId="659EB04A" w14:textId="77777777" w:rsidR="00771CF0" w:rsidRDefault="00771CF0"/>
    <w:p w14:paraId="13DDFF72" w14:textId="77777777" w:rsidR="00771CF0" w:rsidRDefault="00000000">
      <w:r>
        <w:rPr>
          <w:b/>
        </w:rPr>
        <w:t>44. Bixeviorizm tiykarshısı Torndayk tájiriybe payda etiw procesin qaysı haywanda úyrengen?</w:t>
      </w:r>
    </w:p>
    <w:p w14:paraId="469D75DB" w14:textId="77777777" w:rsidR="00771CF0" w:rsidRDefault="00771CF0"/>
    <w:p w14:paraId="21BF2A4D" w14:textId="77777777" w:rsidR="00771CF0" w:rsidRDefault="00000000">
      <w:r>
        <w:rPr>
          <w:b/>
        </w:rPr>
        <w:t>45. "Shigis Aristoteli" degen ataqqa iye bolgan alım.</w:t>
      </w:r>
    </w:p>
    <w:p w14:paraId="3DC69A59" w14:textId="77777777" w:rsidR="00771CF0" w:rsidRDefault="00771CF0"/>
    <w:p w14:paraId="071C2206" w14:textId="77777777" w:rsidR="00771CF0" w:rsidRDefault="00000000">
      <w:r>
        <w:rPr>
          <w:b/>
        </w:rPr>
        <w:t>46. Insan janınıń joqarı dárejedegi sipatı.</w:t>
      </w:r>
    </w:p>
    <w:p w14:paraId="5D5203EA" w14:textId="77777777" w:rsidR="00771CF0" w:rsidRDefault="00771CF0"/>
    <w:p w14:paraId="2E6D09A4" w14:textId="77777777" w:rsidR="00771CF0" w:rsidRDefault="00000000">
      <w:r>
        <w:rPr>
          <w:b/>
        </w:rPr>
        <w:t>47. "Biliw processleriniń tariyxıy rawajlanıwı haqqında" shıǵarması kimge tiyisli?</w:t>
      </w:r>
    </w:p>
    <w:p w14:paraId="2817A60E" w14:textId="77777777" w:rsidR="00771CF0" w:rsidRDefault="00771CF0"/>
    <w:p w14:paraId="2E4A39E2" w14:textId="77777777" w:rsidR="00771CF0" w:rsidRDefault="00000000">
      <w:r>
        <w:rPr>
          <w:b/>
        </w:rPr>
        <w:t>48. Psixologiya tariyxın úyreniwde qanday maǵluwmatlar úlken áhmiyetke iye?</w:t>
      </w:r>
    </w:p>
    <w:p w14:paraId="709B61EC" w14:textId="77777777" w:rsidR="00771CF0" w:rsidRDefault="00771CF0"/>
    <w:p w14:paraId="14089E3D" w14:textId="77777777" w:rsidR="00771CF0" w:rsidRDefault="00000000">
      <w:r>
        <w:rPr>
          <w:b/>
        </w:rPr>
        <w:lastRenderedPageBreak/>
        <w:t>49. Házirgi dáwirde psixologiyanıń neshe kriteriyi bar?</w:t>
      </w:r>
    </w:p>
    <w:p w14:paraId="29AB353F" w14:textId="77777777" w:rsidR="00771CF0" w:rsidRDefault="00771CF0"/>
    <w:p w14:paraId="2826765F" w14:textId="77777777" w:rsidR="00771CF0" w:rsidRDefault="00000000">
      <w:r>
        <w:rPr>
          <w:b/>
        </w:rPr>
        <w:t>50........." kriteriyasi boyınsha, psixika jasaw sharayatı menen belgilenedi hám jasaw sharayatı ózgeriwi menen ózgeredi" - usı táriyp qaysı kriteriyaǵa tiyisli.</w:t>
      </w:r>
    </w:p>
    <w:p w14:paraId="6697F519" w14:textId="77777777" w:rsidR="00771CF0" w:rsidRDefault="00771CF0"/>
    <w:p w14:paraId="6EA2B112" w14:textId="77777777" w:rsidR="00771CF0" w:rsidRDefault="00000000">
      <w:r>
        <w:rPr>
          <w:b/>
        </w:rPr>
        <w:t>51. Psixologiyada bixeviorizm baǵdarın kim jaratqan?</w:t>
      </w:r>
    </w:p>
    <w:p w14:paraId="726FFC71" w14:textId="77777777" w:rsidR="00771CF0" w:rsidRDefault="00771CF0"/>
    <w:p w14:paraId="4D347376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52. Zigmund Freydtin tiykargı teoriyası ne edi?</w:t>
      </w:r>
    </w:p>
    <w:p w14:paraId="703E4BCF" w14:textId="77777777" w:rsidR="00771CF0" w:rsidRPr="002C6153" w:rsidRDefault="00771CF0">
      <w:pPr>
        <w:rPr>
          <w:lang w:val="it-IT"/>
        </w:rPr>
      </w:pPr>
    </w:p>
    <w:p w14:paraId="20EF2B2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53. Yeste saqlaw hám sana-sezimdi úyreniw menen shuǵillanǵan birinshi psixologlardan biri kim yedi?</w:t>
      </w:r>
    </w:p>
    <w:p w14:paraId="125740D3" w14:textId="77777777" w:rsidR="00771CF0" w:rsidRPr="002C6153" w:rsidRDefault="00771CF0">
      <w:pPr>
        <w:rPr>
          <w:lang w:val="it-IT"/>
        </w:rPr>
      </w:pPr>
    </w:p>
    <w:p w14:paraId="385EA755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54. Freydtin psixikanıń tiykarǵı dúzilisi haqqında qanday pikirleri bar edi?</w:t>
      </w:r>
    </w:p>
    <w:p w14:paraId="22464910" w14:textId="77777777" w:rsidR="00771CF0" w:rsidRPr="002C6153" w:rsidRDefault="00771CF0">
      <w:pPr>
        <w:rPr>
          <w:lang w:val="it-IT"/>
        </w:rPr>
      </w:pPr>
    </w:p>
    <w:p w14:paraId="7D6DB4D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55. Kimniń psixologiya boyınsha "basqarılatuǵın laboratoriya" tájiriybesi belgili?</w:t>
      </w:r>
    </w:p>
    <w:p w14:paraId="74BF87A0" w14:textId="77777777" w:rsidR="00771CF0" w:rsidRPr="002C6153" w:rsidRDefault="00771CF0">
      <w:pPr>
        <w:rPr>
          <w:lang w:val="it-IT"/>
        </w:rPr>
      </w:pPr>
    </w:p>
    <w:p w14:paraId="72C2F823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56. Individual psixologiya tiykarshisı.</w:t>
      </w:r>
    </w:p>
    <w:p w14:paraId="3CB65006" w14:textId="77777777" w:rsidR="00771CF0" w:rsidRPr="002C6153" w:rsidRDefault="00771CF0">
      <w:pPr>
        <w:rPr>
          <w:lang w:val="it-IT"/>
        </w:rPr>
      </w:pPr>
    </w:p>
    <w:p w14:paraId="3928D304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57. Gumanistlik psixologiya tiykarshısı.</w:t>
      </w:r>
    </w:p>
    <w:p w14:paraId="6E341C50" w14:textId="77777777" w:rsidR="00771CF0" w:rsidRPr="002C6153" w:rsidRDefault="00771CF0">
      <w:pPr>
        <w:rPr>
          <w:lang w:val="it-IT"/>
        </w:rPr>
      </w:pPr>
    </w:p>
    <w:p w14:paraId="602F1D6D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58........Túrli áwlad tuwısqanlar arasındaǵı uqsaslıqtı úyreniw.</w:t>
      </w:r>
    </w:p>
    <w:p w14:paraId="0A88BBE3" w14:textId="77777777" w:rsidR="00771CF0" w:rsidRPr="002C6153" w:rsidRDefault="00771CF0">
      <w:pPr>
        <w:rPr>
          <w:lang w:val="it-IT"/>
        </w:rPr>
      </w:pPr>
    </w:p>
    <w:p w14:paraId="3A9CAC69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59.....ilimiy psixologiyanıń tiykarǵı wazıypası bas miydiń funkciyaları bolǵan psixikalıq processlerdiń kelip shıǵıwın úyreniwden ibarat dep esaplaydı.</w:t>
      </w:r>
    </w:p>
    <w:p w14:paraId="278F13C9" w14:textId="77777777" w:rsidR="00771CF0" w:rsidRPr="002C6153" w:rsidRDefault="00771CF0">
      <w:pPr>
        <w:rPr>
          <w:lang w:val="it-IT"/>
        </w:rPr>
      </w:pPr>
    </w:p>
    <w:p w14:paraId="36F6BF1E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60..........barlıqtıń dúnyanıń negizi materiya, sana materiyanıń ónimi, sol sebepten miydiń qásieti esaplanadı.</w:t>
      </w:r>
    </w:p>
    <w:p w14:paraId="330EA51C" w14:textId="77777777" w:rsidR="00771CF0" w:rsidRPr="002C6153" w:rsidRDefault="00771CF0">
      <w:pPr>
        <w:rPr>
          <w:lang w:val="it-IT"/>
        </w:rPr>
      </w:pPr>
    </w:p>
    <w:p w14:paraId="53E0FA63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lastRenderedPageBreak/>
        <w:t>61. Rus fiziologiyası hám ilimiy psixologiyasınıń "atası."</w:t>
      </w:r>
    </w:p>
    <w:p w14:paraId="78F29249" w14:textId="77777777" w:rsidR="00771CF0" w:rsidRPr="002C6153" w:rsidRDefault="00771CF0">
      <w:pPr>
        <w:rPr>
          <w:lang w:val="it-IT"/>
        </w:rPr>
      </w:pPr>
    </w:p>
    <w:p w14:paraId="0CE2F10F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62. Idealizm hám materializm ortasındaǵı gúres neshinshi ásirge shekem dawam etedi hám kúsheyedi.</w:t>
      </w:r>
    </w:p>
    <w:p w14:paraId="79468DB5" w14:textId="77777777" w:rsidR="00771CF0" w:rsidRPr="002C6153" w:rsidRDefault="00771CF0">
      <w:pPr>
        <w:rPr>
          <w:lang w:val="it-IT"/>
        </w:rPr>
      </w:pPr>
    </w:p>
    <w:p w14:paraId="22B760FA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63. Psixologiyadaǵı mexanistlik aǵımǵa qarsı gúreste psixologiyanıń predmeti haqqındaǵı másele úlken orın ieleydi.</w:t>
      </w:r>
    </w:p>
    <w:p w14:paraId="701012FC" w14:textId="77777777" w:rsidR="00771CF0" w:rsidRPr="002C6153" w:rsidRDefault="00771CF0">
      <w:pPr>
        <w:rPr>
          <w:lang w:val="it-IT"/>
        </w:rPr>
      </w:pPr>
    </w:p>
    <w:p w14:paraId="33B54848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64.......psixologiyanıń ruwx haqqındaǵı pán dep emes, ruwxıy hádiyseler yamasa san hádiyseler, dep táriypleydi.</w:t>
      </w:r>
    </w:p>
    <w:p w14:paraId="4CA2BA03" w14:textId="77777777" w:rsidR="00771CF0" w:rsidRPr="002C6153" w:rsidRDefault="00771CF0">
      <w:pPr>
        <w:rPr>
          <w:lang w:val="it-IT"/>
        </w:rPr>
      </w:pPr>
    </w:p>
    <w:p w14:paraId="19C6E659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65. Animizm sóziniń mánisi.</w:t>
      </w:r>
    </w:p>
    <w:p w14:paraId="7E7FB553" w14:textId="77777777" w:rsidR="00771CF0" w:rsidRPr="002C6153" w:rsidRDefault="00771CF0">
      <w:pPr>
        <w:rPr>
          <w:lang w:val="it-IT"/>
        </w:rPr>
      </w:pPr>
    </w:p>
    <w:p w14:paraId="045C3EEC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66. Platon pikirinshe insan pikirinin neshe tiykarı bar?</w:t>
      </w:r>
    </w:p>
    <w:p w14:paraId="61E68A52" w14:textId="77777777" w:rsidR="00771CF0" w:rsidRPr="002C6153" w:rsidRDefault="00771CF0">
      <w:pPr>
        <w:rPr>
          <w:lang w:val="it-IT"/>
        </w:rPr>
      </w:pPr>
    </w:p>
    <w:p w14:paraId="64555A88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67.... Ásirdiń aqırlarınan baslap psixologiyanıń tarawlarınan haywanlar psixologiyası, tariyxıy psixologiya hám túrli jastaǵılar psixologiyası maydanǵa shıqtı.</w:t>
      </w:r>
    </w:p>
    <w:p w14:paraId="397EFF14" w14:textId="77777777" w:rsidR="00771CF0" w:rsidRPr="002C6153" w:rsidRDefault="00771CF0">
      <w:pPr>
        <w:rPr>
          <w:lang w:val="it-IT"/>
        </w:rPr>
      </w:pPr>
    </w:p>
    <w:p w14:paraId="580C7CC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68......jılı nemis ilimpazı V.Vund Leybnic universitetinde dúnyada birinshi eksperimental psixologiyalıq laboratoriyaǵa tiykar saldı.</w:t>
      </w:r>
    </w:p>
    <w:p w14:paraId="721BC850" w14:textId="77777777" w:rsidR="00771CF0" w:rsidRPr="002C6153" w:rsidRDefault="00771CF0">
      <w:pPr>
        <w:rPr>
          <w:lang w:val="it-IT"/>
        </w:rPr>
      </w:pPr>
    </w:p>
    <w:p w14:paraId="2EE0A61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69. "Eger bixeviorizm pánde qanday da bir kózge kórinerli orın alıwdı qálese, ol San túsinigin ulıwma biykar etiwi kerek" degen pikir kimge tiyisli?</w:t>
      </w:r>
    </w:p>
    <w:p w14:paraId="7B509219" w14:textId="77777777" w:rsidR="00771CF0" w:rsidRPr="002C6153" w:rsidRDefault="00771CF0">
      <w:pPr>
        <w:rPr>
          <w:lang w:val="it-IT"/>
        </w:rPr>
      </w:pPr>
    </w:p>
    <w:p w14:paraId="5D01CFCD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70. Geshtalt psixologiya baǵdarınıń tiykarın salıwshılar.</w:t>
      </w:r>
    </w:p>
    <w:p w14:paraId="298DDC17" w14:textId="77777777" w:rsidR="00771CF0" w:rsidRPr="002C6153" w:rsidRDefault="00771CF0">
      <w:pPr>
        <w:rPr>
          <w:lang w:val="it-IT"/>
        </w:rPr>
      </w:pPr>
    </w:p>
    <w:p w14:paraId="4241386B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71....psixologiyanıń ruwx haqqındaǵı pán dep emes, ruwxiy qubılıslar yamasa san qubılıslar, dep táriyipleydi.</w:t>
      </w:r>
    </w:p>
    <w:p w14:paraId="5B1E4772" w14:textId="77777777" w:rsidR="00771CF0" w:rsidRPr="002C6153" w:rsidRDefault="00771CF0">
      <w:pPr>
        <w:rPr>
          <w:lang w:val="it-IT"/>
        </w:rPr>
      </w:pPr>
    </w:p>
    <w:p w14:paraId="33A7D3CE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lastRenderedPageBreak/>
        <w:t>72. Individual psixologiya tiykarın salıwshı.</w:t>
      </w:r>
    </w:p>
    <w:p w14:paraId="4875552F" w14:textId="77777777" w:rsidR="00771CF0" w:rsidRPr="002C6153" w:rsidRDefault="00771CF0">
      <w:pPr>
        <w:rPr>
          <w:lang w:val="it-IT"/>
        </w:rPr>
      </w:pPr>
    </w:p>
    <w:p w14:paraId="5851D3A0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73. Individual psixologiya tiykarın salıwshı.</w:t>
      </w:r>
    </w:p>
    <w:p w14:paraId="56307C03" w14:textId="77777777" w:rsidR="00771CF0" w:rsidRPr="002C6153" w:rsidRDefault="00771CF0">
      <w:pPr>
        <w:rPr>
          <w:lang w:val="it-IT"/>
        </w:rPr>
      </w:pPr>
    </w:p>
    <w:p w14:paraId="1D126598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74. Gumanistlik psixologiya tiykarshısı.</w:t>
      </w:r>
    </w:p>
    <w:p w14:paraId="65D03E46" w14:textId="77777777" w:rsidR="00771CF0" w:rsidRPr="002C6153" w:rsidRDefault="00771CF0">
      <w:pPr>
        <w:rPr>
          <w:lang w:val="it-IT"/>
        </w:rPr>
      </w:pPr>
    </w:p>
    <w:p w14:paraId="00F1FD44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75. Psixologiya tariyxında psixika haqqındaǵı birinshi ilimiy pikirlerdiń payda bolıwınan kelip shıqqan aǵimlar durıs kórsetilgen qatardı tabıń.</w:t>
      </w:r>
    </w:p>
    <w:p w14:paraId="5E8DDA84" w14:textId="77777777" w:rsidR="00771CF0" w:rsidRPr="002C6153" w:rsidRDefault="00771CF0">
      <w:pPr>
        <w:rPr>
          <w:lang w:val="it-IT"/>
        </w:rPr>
      </w:pPr>
    </w:p>
    <w:p w14:paraId="0304D85E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76. Platon hám Aristoteldiń qaysı táliymatı Orta ásirlerde Shıǵıs hám Batısta húkimdar bolǵan?</w:t>
      </w:r>
    </w:p>
    <w:p w14:paraId="6BED47FE" w14:textId="77777777" w:rsidR="00771CF0" w:rsidRPr="002C6153" w:rsidRDefault="00771CF0">
      <w:pPr>
        <w:rPr>
          <w:lang w:val="it-IT"/>
        </w:rPr>
      </w:pPr>
    </w:p>
    <w:p w14:paraId="08EFBDCF" w14:textId="77777777" w:rsidR="00771CF0" w:rsidRDefault="00000000">
      <w:r>
        <w:rPr>
          <w:b/>
        </w:rPr>
        <w:t>77. Epikurdin pikirinshe ruwx neshe ózgermes elementlerden ibarat.</w:t>
      </w:r>
    </w:p>
    <w:p w14:paraId="70517335" w14:textId="77777777" w:rsidR="00771CF0" w:rsidRDefault="00771CF0"/>
    <w:p w14:paraId="7FBD9D41" w14:textId="77777777" w:rsidR="00771CF0" w:rsidRDefault="00000000">
      <w:r>
        <w:rPr>
          <w:b/>
        </w:rPr>
        <w:t>78. Grek filosoflarınan birinshi bolip, ruwx hám ruwxiy xizmet haqqında sistemalı táliymat jaratqan qaysi alım?</w:t>
      </w:r>
    </w:p>
    <w:p w14:paraId="2846C11F" w14:textId="77777777" w:rsidR="00771CF0" w:rsidRDefault="00771CF0"/>
    <w:p w14:paraId="3D6B9B80" w14:textId="77777777" w:rsidR="00771CF0" w:rsidRDefault="00000000">
      <w:r>
        <w:rPr>
          <w:b/>
        </w:rPr>
        <w:t>79. Freyd táliymatı boyınsha shaxs ómiriniń tiykarı nege qaratılǵan?</w:t>
      </w:r>
    </w:p>
    <w:p w14:paraId="64396426" w14:textId="77777777" w:rsidR="00771CF0" w:rsidRDefault="00771CF0"/>
    <w:p w14:paraId="08C4002B" w14:textId="77777777" w:rsidR="00771CF0" w:rsidRDefault="00000000">
      <w:r>
        <w:rPr>
          <w:b/>
        </w:rPr>
        <w:t>80. "Shigis Aristoteli" degen ataqqa iye bolgan alım.</w:t>
      </w:r>
    </w:p>
    <w:p w14:paraId="6247167C" w14:textId="77777777" w:rsidR="00771CF0" w:rsidRDefault="00771CF0"/>
    <w:p w14:paraId="5C367AF9" w14:textId="77777777" w:rsidR="00771CF0" w:rsidRDefault="00000000">
      <w:r>
        <w:rPr>
          <w:b/>
        </w:rPr>
        <w:t>81. "Biliw processleriniń tariyxıy rawajlanıwı haqqında" shıǵarması kimge tiyisli?</w:t>
      </w:r>
    </w:p>
    <w:p w14:paraId="311879D3" w14:textId="77777777" w:rsidR="00771CF0" w:rsidRDefault="00771CF0"/>
    <w:p w14:paraId="1306658D" w14:textId="77777777" w:rsidR="00771CF0" w:rsidRDefault="00000000">
      <w:r>
        <w:rPr>
          <w:b/>
        </w:rPr>
        <w:t>82. Psixologiya tariyxın úyreniwde qanday maǵluwmatlar úlken áhmiyetke iye?</w:t>
      </w:r>
    </w:p>
    <w:p w14:paraId="77729A27" w14:textId="77777777" w:rsidR="00771CF0" w:rsidRDefault="00771CF0"/>
    <w:p w14:paraId="0290B266" w14:textId="77777777" w:rsidR="00771CF0" w:rsidRDefault="00000000">
      <w:r>
        <w:rPr>
          <w:b/>
        </w:rPr>
        <w:t>83. Házirgi dáwirde psixologiyanıń neshe kriteriyi bar?</w:t>
      </w:r>
    </w:p>
    <w:p w14:paraId="041899A6" w14:textId="77777777" w:rsidR="00771CF0" w:rsidRDefault="00771CF0"/>
    <w:p w14:paraId="3ECB1753" w14:textId="77777777" w:rsidR="00771CF0" w:rsidRDefault="00000000">
      <w:r>
        <w:rPr>
          <w:b/>
        </w:rPr>
        <w:lastRenderedPageBreak/>
        <w:t>84. Psixologiyada bixeviorizm baǵdarın kim jaratqan?</w:t>
      </w:r>
    </w:p>
    <w:p w14:paraId="104AA775" w14:textId="77777777" w:rsidR="00771CF0" w:rsidRDefault="00771CF0"/>
    <w:p w14:paraId="1B06F5AB" w14:textId="77777777" w:rsidR="00771CF0" w:rsidRDefault="00000000">
      <w:r>
        <w:rPr>
          <w:b/>
        </w:rPr>
        <w:t>85. Platon hám Aristoteldiń qaysı táliymatı Orta ásirlerde Shiǵis hám Batista húkimdar bolgan?</w:t>
      </w:r>
    </w:p>
    <w:p w14:paraId="750B6381" w14:textId="77777777" w:rsidR="00771CF0" w:rsidRDefault="00771CF0"/>
    <w:p w14:paraId="50F54984" w14:textId="77777777" w:rsidR="00771CF0" w:rsidRDefault="00000000">
      <w:r>
        <w:rPr>
          <w:b/>
        </w:rPr>
        <w:t>86. Epikurdin pikirinshe ruwx neshe ózgermes elementlerden ibarat.</w:t>
      </w:r>
    </w:p>
    <w:p w14:paraId="6D123E51" w14:textId="77777777" w:rsidR="00771CF0" w:rsidRDefault="00771CF0"/>
    <w:p w14:paraId="6FEDA2CF" w14:textId="77777777" w:rsidR="00771CF0" w:rsidRDefault="00000000">
      <w:r>
        <w:rPr>
          <w:b/>
        </w:rPr>
        <w:t>87. Individual psixologiya tiykarshısı.</w:t>
      </w:r>
    </w:p>
    <w:p w14:paraId="0A8BC2EF" w14:textId="77777777" w:rsidR="00771CF0" w:rsidRDefault="00771CF0"/>
    <w:p w14:paraId="2EC1F54F" w14:textId="77777777" w:rsidR="00771CF0" w:rsidRDefault="00000000">
      <w:r>
        <w:rPr>
          <w:b/>
        </w:rPr>
        <w:t>88. Psixologiyanıń ilimiy úyreniliwi qaysı ásirde baslandı?</w:t>
      </w:r>
    </w:p>
    <w:p w14:paraId="61ECB129" w14:textId="77777777" w:rsidR="00771CF0" w:rsidRDefault="00771CF0"/>
    <w:p w14:paraId="50556D73" w14:textId="77777777" w:rsidR="00771CF0" w:rsidRDefault="00000000">
      <w:r>
        <w:rPr>
          <w:b/>
        </w:rPr>
        <w:t>89. Psixologiyanı ǵárezsiz pán sıpatında kim qáliplestirgen?</w:t>
      </w:r>
    </w:p>
    <w:p w14:paraId="7854C2C5" w14:textId="77777777" w:rsidR="00771CF0" w:rsidRDefault="00771CF0"/>
    <w:p w14:paraId="66C0F248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90. Psixologiyada eksperiment metodin birinshi bolip kim qollanǵan?</w:t>
      </w:r>
    </w:p>
    <w:p w14:paraId="131B9198" w14:textId="77777777" w:rsidR="00771CF0" w:rsidRPr="002C6153" w:rsidRDefault="00771CF0">
      <w:pPr>
        <w:rPr>
          <w:lang w:val="it-IT"/>
        </w:rPr>
      </w:pPr>
    </w:p>
    <w:p w14:paraId="23AD3B1A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91. Psixologiya tariyxında "Behaviorizm" aǵimǵa kim tárepinen tiykar salınǵan?</w:t>
      </w:r>
    </w:p>
    <w:p w14:paraId="47C127D7" w14:textId="77777777" w:rsidR="00771CF0" w:rsidRPr="002C6153" w:rsidRDefault="00771CF0">
      <w:pPr>
        <w:rPr>
          <w:lang w:val="it-IT"/>
        </w:rPr>
      </w:pPr>
    </w:p>
    <w:p w14:paraId="58224350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92. "Psixologiya" sózin birinshi márte kim tárepinen qollanılǵan?</w:t>
      </w:r>
    </w:p>
    <w:p w14:paraId="357D3698" w14:textId="77777777" w:rsidR="00771CF0" w:rsidRPr="002C6153" w:rsidRDefault="00771CF0">
      <w:pPr>
        <w:rPr>
          <w:lang w:val="it-IT"/>
        </w:rPr>
      </w:pPr>
    </w:p>
    <w:p w14:paraId="1FA4399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93. Kim psixologiyanıń dinamikalıq modelin jaratqan hám insan sanasın úsh bólimge bólgen?</w:t>
      </w:r>
    </w:p>
    <w:p w14:paraId="7A421D8F" w14:textId="77777777" w:rsidR="00771CF0" w:rsidRPr="002C6153" w:rsidRDefault="00771CF0">
      <w:pPr>
        <w:rPr>
          <w:lang w:val="it-IT"/>
        </w:rPr>
      </w:pPr>
    </w:p>
    <w:p w14:paraId="5574F0A2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94. Psixologiyanıń tiykarǵı mektebi bolǵan strukturalizmge kim tiykar salǵan?</w:t>
      </w:r>
    </w:p>
    <w:p w14:paraId="02405018" w14:textId="77777777" w:rsidR="00771CF0" w:rsidRPr="002C6153" w:rsidRDefault="00771CF0">
      <w:pPr>
        <w:rPr>
          <w:lang w:val="it-IT"/>
        </w:rPr>
      </w:pPr>
    </w:p>
    <w:p w14:paraId="784D6901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95. Kim "psixologiya subyektiv ilim" dep táriyiplegen?</w:t>
      </w:r>
    </w:p>
    <w:p w14:paraId="4CC245B9" w14:textId="77777777" w:rsidR="00771CF0" w:rsidRPr="002C6153" w:rsidRDefault="00771CF0">
      <w:pPr>
        <w:rPr>
          <w:lang w:val="it-IT"/>
        </w:rPr>
      </w:pPr>
    </w:p>
    <w:p w14:paraId="53F9AC70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lastRenderedPageBreak/>
        <w:t>96. Kim psixologiyanıń dinamikalıq modelin jaratqan hám insan sanasın úsh bólimge bólgen?</w:t>
      </w:r>
    </w:p>
    <w:p w14:paraId="2C59238C" w14:textId="77777777" w:rsidR="00771CF0" w:rsidRPr="002C6153" w:rsidRDefault="00771CF0">
      <w:pPr>
        <w:rPr>
          <w:lang w:val="it-IT"/>
        </w:rPr>
      </w:pPr>
    </w:p>
    <w:p w14:paraId="72B58A0C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97. Kim "psixologiya subyektiv ilim" dep táriyiplegen?</w:t>
      </w:r>
    </w:p>
    <w:p w14:paraId="397DE68C" w14:textId="77777777" w:rsidR="00771CF0" w:rsidRPr="002C6153" w:rsidRDefault="00771CF0">
      <w:pPr>
        <w:rPr>
          <w:lang w:val="it-IT"/>
        </w:rPr>
      </w:pPr>
    </w:p>
    <w:p w14:paraId="2E0249D3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98. "Kognitiv psixologiya" baǵdarinıń rawajlanıwında tiykarǵı orındı kim iyelegen?</w:t>
      </w:r>
    </w:p>
    <w:p w14:paraId="28D6E9A3" w14:textId="77777777" w:rsidR="00771CF0" w:rsidRPr="002C6153" w:rsidRDefault="00771CF0">
      <w:pPr>
        <w:rPr>
          <w:lang w:val="it-IT"/>
        </w:rPr>
      </w:pPr>
    </w:p>
    <w:p w14:paraId="57CDDEB7" w14:textId="77777777" w:rsidR="00771CF0" w:rsidRPr="002C6153" w:rsidRDefault="00000000">
      <w:pPr>
        <w:rPr>
          <w:lang w:val="it-IT"/>
        </w:rPr>
      </w:pPr>
      <w:r w:rsidRPr="002C6153">
        <w:rPr>
          <w:b/>
          <w:lang w:val="it-IT"/>
        </w:rPr>
        <w:t>99. Psixologiyanı sana hám psixikanı úyreniwdiń tábiyiy páni sıpatında kim kórgen?</w:t>
      </w:r>
    </w:p>
    <w:p w14:paraId="0FE5FDC8" w14:textId="77777777" w:rsidR="00771CF0" w:rsidRPr="002C6153" w:rsidRDefault="00771CF0">
      <w:pPr>
        <w:rPr>
          <w:lang w:val="it-IT"/>
        </w:rPr>
      </w:pPr>
    </w:p>
    <w:p w14:paraId="05459955" w14:textId="44276AB5" w:rsidR="00771CF0" w:rsidRPr="002C6153" w:rsidRDefault="002C6153">
      <w:pPr>
        <w:rPr>
          <w:lang w:val="it-IT"/>
        </w:rPr>
      </w:pPr>
      <w:r>
        <w:rPr>
          <w:b/>
          <w:lang w:val="it-IT"/>
        </w:rPr>
        <w:t xml:space="preserve">100. </w:t>
      </w:r>
      <w:r w:rsidR="00000000" w:rsidRPr="002C6153">
        <w:rPr>
          <w:b/>
          <w:lang w:val="it-IT"/>
        </w:rPr>
        <w:t>Psixologiyanıń "filosofiyalıq" baǵdarında kimler tiykarǵı táliymatlardı islep shıqqan?</w:t>
      </w:r>
    </w:p>
    <w:p w14:paraId="5A1803C8" w14:textId="77777777" w:rsidR="00771CF0" w:rsidRPr="002C6153" w:rsidRDefault="00771CF0">
      <w:pPr>
        <w:rPr>
          <w:lang w:val="it-IT"/>
        </w:rPr>
      </w:pPr>
    </w:p>
    <w:sectPr w:rsidR="00771CF0" w:rsidRPr="002C6153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14FA8" w14:textId="77777777" w:rsidR="00023818" w:rsidRDefault="00023818">
      <w:pPr>
        <w:spacing w:after="0" w:line="240" w:lineRule="auto"/>
      </w:pPr>
      <w:r>
        <w:separator/>
      </w:r>
    </w:p>
  </w:endnote>
  <w:endnote w:type="continuationSeparator" w:id="0">
    <w:p w14:paraId="57BDC5C9" w14:textId="77777777" w:rsidR="00023818" w:rsidRDefault="00023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BCD20" w14:textId="77777777" w:rsidR="00771CF0" w:rsidRDefault="00771CF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97B50" w14:textId="77777777" w:rsidR="00771CF0" w:rsidRDefault="00771CF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21872" w14:textId="77777777" w:rsidR="00771CF0" w:rsidRDefault="00771CF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16AA5" w14:textId="77777777" w:rsidR="00023818" w:rsidRDefault="00023818">
      <w:pPr>
        <w:spacing w:after="0" w:line="240" w:lineRule="auto"/>
      </w:pPr>
      <w:r>
        <w:separator/>
      </w:r>
    </w:p>
  </w:footnote>
  <w:footnote w:type="continuationSeparator" w:id="0">
    <w:p w14:paraId="6EA979C1" w14:textId="77777777" w:rsidR="00023818" w:rsidRDefault="00023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49109" w14:textId="77777777" w:rsidR="00771CF0" w:rsidRDefault="00771C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2BA7" w14:textId="77777777" w:rsidR="00771CF0" w:rsidRDefault="00771CF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76780" w14:textId="77777777" w:rsidR="00771CF0" w:rsidRDefault="00771C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7518644">
    <w:abstractNumId w:val="8"/>
  </w:num>
  <w:num w:numId="2" w16cid:durableId="767233409">
    <w:abstractNumId w:val="6"/>
  </w:num>
  <w:num w:numId="3" w16cid:durableId="813135511">
    <w:abstractNumId w:val="5"/>
  </w:num>
  <w:num w:numId="4" w16cid:durableId="557010074">
    <w:abstractNumId w:val="4"/>
  </w:num>
  <w:num w:numId="5" w16cid:durableId="1698509475">
    <w:abstractNumId w:val="7"/>
  </w:num>
  <w:num w:numId="6" w16cid:durableId="1826042320">
    <w:abstractNumId w:val="3"/>
  </w:num>
  <w:num w:numId="7" w16cid:durableId="1721316924">
    <w:abstractNumId w:val="2"/>
  </w:num>
  <w:num w:numId="8" w16cid:durableId="1917740236">
    <w:abstractNumId w:val="1"/>
  </w:num>
  <w:num w:numId="9" w16cid:durableId="40245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818"/>
    <w:rsid w:val="00034616"/>
    <w:rsid w:val="0006063C"/>
    <w:rsid w:val="0015074B"/>
    <w:rsid w:val="0029639D"/>
    <w:rsid w:val="002C6153"/>
    <w:rsid w:val="00326F90"/>
    <w:rsid w:val="00771CF0"/>
    <w:rsid w:val="0078333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5A7D70"/>
  <w14:defaultImageDpi w14:val="300"/>
  <w15:docId w15:val="{6426CE7D-098D-4D1D-AE3E-458373241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7865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sanjar.gaipov97@outlook.com</cp:lastModifiedBy>
  <cp:revision>2</cp:revision>
  <dcterms:created xsi:type="dcterms:W3CDTF">2013-12-23T23:15:00Z</dcterms:created>
  <dcterms:modified xsi:type="dcterms:W3CDTF">2026-03-05T10:58:00Z</dcterms:modified>
  <cp:category/>
</cp:coreProperties>
</file>